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/>
        <w:jc w:val="left"/>
      </w:pPr>
      <w:r>
        <w:t>УДК [індекс]</w:t>
      </w:r>
    </w:p>
    <w:p>
      <w:pPr>
        <w:ind w:firstLine="0"/>
        <w:jc w:val="left"/>
      </w:pPr>
      <w:r>
        <w:t>[Прізвище І. П.], [ступінь, звання за наявності], ORCID [за наявності]</w:t>
      </w:r>
    </w:p>
    <w:p>
      <w:pPr>
        <w:ind w:firstLine="0"/>
        <w:jc w:val="left"/>
      </w:pPr>
      <w:r>
        <w:t>[Повна назва установи, місто, країна]</w:t>
      </w:r>
    </w:p>
    <w:p>
      <w:pPr>
        <w:ind w:firstLine="0"/>
        <w:jc w:val="left"/>
      </w:pPr>
      <w:r>
        <w:t>Email автора для листування: [email]</w:t>
      </w:r>
    </w:p>
    <w:p>
      <w:pPr>
        <w:ind w:firstLine="0"/>
        <w:jc w:val="left"/>
      </w:pPr>
    </w:p>
    <w:p>
      <w:pPr>
        <w:pStyle w:val="Title"/>
        <w:ind w:firstLine="0"/>
        <w:jc w:val="center"/>
      </w:pPr>
      <w:r>
        <w:t>[НАЗВА ТЕЗ ДОПОВІДІ]</w:t>
      </w:r>
    </w:p>
    <w:p>
      <w:pPr>
        <w:ind w:firstLine="0"/>
        <w:jc w:val="left"/>
      </w:pPr>
    </w:p>
    <w:p>
      <w:pPr>
        <w:spacing w:after="120"/>
      </w:pPr>
      <w:r>
        <w:rPr>
          <w:b/>
        </w:rPr>
        <w:t xml:space="preserve">Вступ. </w:t>
      </w:r>
      <w:r>
        <w:t>[Окресліть проблему, її актуальність і попередні дослідження. Наведіть посилання на джерела у квадратних дужках [1].]</w:t>
      </w:r>
    </w:p>
    <w:p>
      <w:pPr>
        <w:spacing w:after="120"/>
      </w:pPr>
      <w:r>
        <w:rPr>
          <w:b/>
        </w:rPr>
        <w:t xml:space="preserve">Мета роботи. </w:t>
      </w:r>
      <w:r>
        <w:t>[Сформулюйте мету та завдання дослідження.]</w:t>
      </w:r>
    </w:p>
    <w:p>
      <w:pPr>
        <w:spacing w:after="120"/>
      </w:pPr>
      <w:r>
        <w:rPr>
          <w:b/>
        </w:rPr>
        <w:t xml:space="preserve">Матеріали і результати дослідження. </w:t>
      </w:r>
      <w:r>
        <w:t>[Опишіть дані, методи, умови та основні результати. Наведіть кількісні показники й поясніть їх практичне значення. За потреби додайте рисунки, таблиці та формули після першого посилання на них.]</w:t>
      </w:r>
    </w:p>
    <w:p>
      <w:pPr>
        <w:spacing w:after="120"/>
      </w:pPr>
      <w:r>
        <w:rPr>
          <w:b/>
        </w:rPr>
        <w:t xml:space="preserve">Висновки. </w:t>
      </w:r>
      <w:r>
        <w:t>[Стисло сформулюйте отримані результати, їх значення та перспективи подальших досліджень.]</w:t>
      </w:r>
    </w:p>
    <w:p>
      <w:pPr>
        <w:ind w:firstLine="0"/>
        <w:jc w:val="left"/>
      </w:pPr>
      <w:r>
        <w:rPr>
          <w:b/>
        </w:rPr>
        <w:t>Список використаних джерел</w:t>
      </w:r>
    </w:p>
    <w:p>
      <w:pPr>
        <w:ind w:firstLine="0"/>
        <w:jc w:val="left"/>
      </w:pPr>
      <w:r>
        <w:rPr>
          <w:sz w:val="20"/>
        </w:rPr>
        <w:t>1. [Автор. Назва праці. Видання. Рік. Том, номер, сторінки. DOI або URL.]</w:t>
      </w:r>
    </w:p>
    <w:p>
      <w:pPr>
        <w:ind w:firstLine="0"/>
        <w:jc w:val="left"/>
      </w:pPr>
    </w:p>
    <w:p>
      <w:pPr>
        <w:ind w:firstLine="0"/>
        <w:jc w:val="left"/>
      </w:pPr>
      <w:r>
        <w:rPr>
          <w:i/>
          <w:sz w:val="20"/>
        </w:rPr>
        <w:t xml:space="preserve">[Перед поданням замініть усі поля у квадратних дужках і видаліть цю примітку. Рекомендований обсяг — 2–4 сторінки. Стилі та параметри сторінки вже налаштовано. Не додавайте нумерацію сторінок збірника. Подайте DOCX до 1 грудня 2026 року через Google Форму: </w:t>
      </w:r>
      <w:hyperlink r:id="rId9">
        <w:r>
          <w:rPr>
            <w:i/>
            <w:sz w:val="20"/>
            <w:color w:val="006B3E"/>
          </w:rPr>
          <w:t>https://forms.gle/tWXabTSi9mvoT7r67</w:t>
        </w:r>
      </w:hyperlink>
      <w:r>
        <w:rPr>
          <w:i/>
          <w:sz w:val="20"/>
        </w:rPr>
        <w:t>. Потрібен вхід у Google-акаунт. Якщо виникнуть труднощі: pems@kpi.ua.]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  <w:ind w:firstLine="567"/>
      <w:jc w:val="both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 w:line="240" w:lineRule="auto"/>
      <w:outlineLvl w:val="0"/>
    </w:pPr>
    <w:rPr>
      <w:rFonts w:ascii="Times New Roman" w:hAnsi="Times New Roman" w:cs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40" w:lineRule="auto"/>
      <w:outlineLvl w:val="1"/>
    </w:pPr>
    <w:rPr>
      <w:rFonts w:ascii="Times New Roman" w:hAnsi="Times New Roman" w:cs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="Times New Roman" w:hAnsi="Times New Roman" w:cs="Times New Roman" w:eastAsia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orms.gle/tWXabTSi9mvoT7r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