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0"/>
        <w:jc w:val="left"/>
      </w:pPr>
      <w:r>
        <w:t>UDC [classification]</w:t>
      </w:r>
    </w:p>
    <w:p>
      <w:pPr>
        <w:ind w:firstLine="0"/>
        <w:jc w:val="left"/>
      </w:pPr>
      <w:r>
        <w:t>[Surname I. I.], [degree/title if applicable], ORCID [if available]</w:t>
      </w:r>
    </w:p>
    <w:p>
      <w:pPr>
        <w:ind w:firstLine="0"/>
        <w:jc w:val="left"/>
      </w:pPr>
      <w:r>
        <w:t>[Full institution name, city, country]</w:t>
      </w:r>
    </w:p>
    <w:p>
      <w:pPr>
        <w:ind w:firstLine="0"/>
        <w:jc w:val="left"/>
      </w:pPr>
      <w:r>
        <w:t>Corresponding author email: [email]</w:t>
      </w:r>
    </w:p>
    <w:p>
      <w:pPr>
        <w:ind w:firstLine="0"/>
        <w:jc w:val="left"/>
      </w:pPr>
    </w:p>
    <w:p>
      <w:pPr>
        <w:pStyle w:val="Title"/>
        <w:ind w:firstLine="0"/>
        <w:jc w:val="center"/>
      </w:pPr>
      <w:r>
        <w:t>[TITLE OF THE EXTENDED ABSTRACT]</w:t>
      </w:r>
    </w:p>
    <w:p>
      <w:pPr>
        <w:ind w:firstLine="0"/>
        <w:jc w:val="left"/>
      </w:pPr>
    </w:p>
    <w:p>
      <w:pPr>
        <w:spacing w:after="120"/>
      </w:pPr>
      <w:r>
        <w:rPr>
          <w:b/>
        </w:rPr>
        <w:t xml:space="preserve">Introduction. </w:t>
      </w:r>
      <w:r>
        <w:t>[Describe the problem, its relevance and previous research. Cite sources using square brackets [1].]</w:t>
      </w:r>
    </w:p>
    <w:p>
      <w:pPr>
        <w:spacing w:after="120"/>
      </w:pPr>
      <w:r>
        <w:rPr>
          <w:b/>
        </w:rPr>
        <w:t xml:space="preserve">Purpose. </w:t>
      </w:r>
      <w:r>
        <w:t>[State the research objective and tasks.]</w:t>
      </w:r>
    </w:p>
    <w:p>
      <w:pPr>
        <w:spacing w:after="120"/>
      </w:pPr>
      <w:r>
        <w:rPr>
          <w:b/>
        </w:rPr>
        <w:t xml:space="preserve">Materials and research results. </w:t>
      </w:r>
      <w:r>
        <w:t>[Describe data, methods, conditions and main findings. Provide quantitative results and explain their practical significance. Insert figures, tables and equations after their first mention, where needed.]</w:t>
      </w:r>
    </w:p>
    <w:p>
      <w:pPr>
        <w:spacing w:after="120"/>
      </w:pPr>
      <w:r>
        <w:rPr>
          <w:b/>
        </w:rPr>
        <w:t xml:space="preserve">Conclusions. </w:t>
      </w:r>
      <w:r>
        <w:t>[Summarise the findings, their significance and directions for further research.]</w:t>
      </w:r>
    </w:p>
    <w:p>
      <w:pPr>
        <w:ind w:firstLine="0"/>
        <w:jc w:val="left"/>
      </w:pPr>
      <w:r>
        <w:rPr>
          <w:b/>
        </w:rPr>
        <w:t>References</w:t>
      </w:r>
    </w:p>
    <w:p>
      <w:pPr>
        <w:ind w:firstLine="0"/>
        <w:jc w:val="left"/>
      </w:pPr>
      <w:r>
        <w:rPr>
          <w:sz w:val="20"/>
        </w:rPr>
        <w:t>1. [Author. Title. Publication. Year. Volume, issue, pages. DOI or URL.]</w:t>
      </w:r>
    </w:p>
    <w:p>
      <w:pPr>
        <w:ind w:firstLine="0"/>
        <w:jc w:val="left"/>
      </w:pPr>
    </w:p>
    <w:p>
      <w:pPr>
        <w:ind w:firstLine="0"/>
        <w:jc w:val="left"/>
      </w:pPr>
      <w:r>
        <w:rPr>
          <w:i/>
          <w:sz w:val="20"/>
        </w:rPr>
        <w:t xml:space="preserve">[Before submission, replace all bracketed placeholders and delete this note. Suggested length: 2–4 pages. Styles and page setup are already configured. Do not add proceedings page numbers. Submit the DOCX by 1 December 2026 through Google Forms: </w:t>
      </w:r>
      <w:hyperlink r:id="rId9">
        <w:r>
          <w:rPr>
            <w:i/>
            <w:sz w:val="20"/>
            <w:color w:val="006B3E"/>
          </w:rPr>
          <w:t>https://forms.gle/tWXabTSi9mvoT7r67</w:t>
        </w:r>
      </w:hyperlink>
      <w:r>
        <w:rPr>
          <w:i/>
          <w:sz w:val="20"/>
        </w:rPr>
        <w:t>. Google sign-in is required. For assistance: pems@kpi.ua.]</w:t>
      </w:r>
    </w:p>
    <w:sectPr w:rsidR="00FC693F" w:rsidRPr="0006063C" w:rsidSect="00034616">
      <w:pgSz w:w="11906" w:h="16838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  <w:ind w:firstLine="567"/>
      <w:jc w:val="both"/>
    </w:pPr>
    <w:rPr>
      <w:rFonts w:ascii="Times New Roman" w:hAnsi="Times New Roman" w:cs="Times New Roman" w:eastAsia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0" w:line="240" w:lineRule="auto"/>
      <w:outlineLvl w:val="0"/>
    </w:pPr>
    <w:rPr>
      <w:rFonts w:ascii="Times New Roman" w:hAnsi="Times New Roman" w:cs="Times New Roman" w:eastAsia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40" w:lineRule="auto"/>
      <w:outlineLvl w:val="1"/>
    </w:pPr>
    <w:rPr>
      <w:rFonts w:ascii="Times New Roman" w:hAnsi="Times New Roman" w:cs="Times New Roman" w:eastAsia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="Times New Roman" w:hAnsi="Times New Roman" w:cs="Times New Roman" w:eastAsia="Times New Roman"/>
      <w:b/>
      <w:color w:val="000000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forms.gle/tWXabTSi9mvoT7r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